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שוק – פיקניק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חיבור וחיסור עם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מחירים וקבלת החלטות צרכניות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עמידה בתקציב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18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מגש פיצה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לקנות לפחות מוצר אחד מכל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בכללי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קבוצת המוצרים למוצר היקר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(מיץ – 30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(אבטיח – 25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(מגש פיצה – 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(ארטיקים – 35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 בפיקניק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כמה כסף יש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מוצר אחד לפחות מכל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חשבו את הסכום הכולל של כל המוצרים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ודאו שהסכום לא עובר את 100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הכסף הולך לקופת החיסכון של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מוצר אחד לפחות מכל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קטנות ולתת להן לבצע קנייה בפועל עם כרטיסיות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בחיבור בעמודות לחישוב הסכום הכולל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 ולהתמקד בבסיסיים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שוק – פיקניק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קבוצה יש 100 ₪ לקניות לפיקניק כיתתי. צריך לקנות לפחות מוצר אחד מכל קבוצה (שתייה, פירות, מאפה, מתוק) ולא לעבור את התקציב. אם נשארים 10 ₪ או יותר – הכסף הולך לקופת החיסכון של 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  ·  100  ·  קבוצה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 על המחירים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עולה שישיית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מוצר הכי יקר בקבוצת המאפה?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לחמניות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בייגלה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מגש פיצה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לקנות מוצרים רק משתי קבוצות ולא מכולן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נשארים בדיוק 10 ₪, הכסף הולך לקופת החיסכון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יש לקבוצה __________ ₪ לקניות בפיקניק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צריך לקנות לפחות מוצר אחד מכל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אם נשארו __________ ₪ או יותר, שמים בקופת החיסכון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קבוצת המוצרים למוצר היקר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שתייה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אבטיח – 25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מיץ – 30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מאפה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ארטיקים – 35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מתוק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מגש פיצה – 45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הקנייה בפיקניק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ודאו שהסכום לא עובר את 100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כמה כסף יש לקבוצה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מוצר אחד לפחות מכל קבוצה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חשבו את הסכום הכולל של כל המוצרים שבחרתם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כסף היה לקבוצה לפיקניק?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אם נשארים 10 ₪ או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שוק – פיקניק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