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שוק – פיקניק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חיבור וחיסור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וקבלת החלטות צרכניות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עמידה בתקציב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מגש 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68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25 ₪ + 20 ₪ = 45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לקנות לפחות מוצר אחד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35 ₪ לעומת 12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קבוצת המוצרים למוצר היקר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(מיץ – 30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(אבטיח – 25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(מגש פיצה – 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(ארטיקים – 35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בפיקניק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כמה כסף יש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מוצר אחד לפחות מכל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את הסכום הכולל של כל המוצרים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ודאו שהסכום לא עובר את 100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אם נשארו 10 ₪ או יותר לקופת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מים 18, תפוחים 15, לחמניות 20, עוגיות 14 = 67 ₪, נשארו 33 ₪ לקופת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הכסף הולך לקופת החיסכון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מוצר אחד לפחות מכל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ולתת להן לבצע קנייה בפועל עם כרטיסיות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בחיבור בעמודות לחישוב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 ולהתמקד בבסיסיים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שוק – פיקניק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קבוצה יש 100 ₪ לקניות לפיקניק כיתתי. צריך לקנות לפחות מוצר אחד מכל קבוצה (שתייה, פירות, מאפה, מתוק) ולא לעבור את התקציב. אם נשארים 10 ₪ או יותר – הכסף הולך לקופת החיסכון של הכיתה.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עולה שישיית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מוצר הכי יקר בקבוצת המאפה?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בייגלה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מגש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עולים ביחד תפוחים וענבים?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37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קונים מים ועוגיות, כמה נשאר מ-100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68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מוצר הכי זול בקבוצת השתייה?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באותו 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אבטיח ולחמניות, המחיר הכולל הוא 45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לקנות מוצרים רק משתי קבוצות ולא מכולן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נשארים בדיוק 10 ₪, הכסף הולך לקופת החיסכון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ארטיקים עולים יותר מבייגלה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לקבוצה __________ ₪ לקניות בפיקניק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לקנות לפחות מוצר אחד מכל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נשארו __________ ₪ או יותר, שמים בקופת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שקית תפוחים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קבוצת המוצרים למוצר היקר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ארטיקים – 35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מגש פיצה –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אבטיח – 25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מיץ – 30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הקנייה בפיקניק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מוצר אחד לפחות מכל קבוצה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נשארו 10 ₪ או יותר לקופת החיסכון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ודאו שהסכום לא עובר את 100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את הסכום הכולל של כל המוצרים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כסף יש לקבוצה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מוצר אחד מכל קבוצה כך שהסכום הכולל לא יעבור 100 ₪. כתבו את רשימת הקניות ואת החישוב המלא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היה לקבוצה לפיקניק?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אם נשארים 10 ₪ או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לקנות לפחות מכל קבוצת מוצרים?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שוק – פיקניק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